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חשבון בעברית פשוטה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בסיסיות בחשבון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כמו עיגול, סדר פעולות, היקף ושטח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לפתור תרגילים קלים בעברית פשוטה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תשובה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לשים אותו קרוב ונוח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סוגריים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תוצאה של חילוק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סוגריים פותרים קודם לכל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הדרך לחשב ממוצע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היקף זה מסביב, שטח זה בפנים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עיגול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סוגריים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חילוק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(הקו מסביב לצורה)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(המקום בתוך הצורה)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(חלק ממאה)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(סכום חלקי כמות)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תשובה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היקף זה הקו מסביב לצורה, שטח זה המקום בפנים. למשל במלבן מודדים את ארבע הצלעות להיקף.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התשובה: לשים מספר קרוב ונוח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היקף מסביב, שטח בפנים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אחוז = חלק ממאה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את המילים בעל פה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דוגמה אחת לכל מושג על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אפשר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חשבון בעברית פשוטה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מילים ומושגים חשובים בחשבון, בעברית פשוטה וברורה.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סוגריים  ·  חילוק  ·  עיגול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תשובה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המשמעות של "לעגל" מספר?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לחבר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לשים אותו קרוב ונוח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לחלק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פותרים קודם לפי סדר הפעולות?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כפל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סוגריים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זה "מנה"?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תוצאה של חיבור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תוצאה של חילוק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תוצאה של כפל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סוגריים פותרים אחרונים בסדר הפעולות.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ממוצע מחושב על ידי חיבור כל המספרים וחילוק בכמות שלהם.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היקף הוא השטח שבפנים הצורה.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__________ = לשים מספר קרוב ונוח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בסדר פעולות, קודם פותרים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__________ = לחלק שווה בשווה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היקף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המקום בתוך הצורה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שטח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חלק ממאה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אחוז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סכום חלקי כמות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ממוצע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הקו מסביב לצורה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כתבו תשובה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ההבדל בין היקף לשטח? תנו דוגמה.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עיגול מספר?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היקף לשטח?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חשבון בעברית פשוטה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