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בסיסיות בחשבון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עיגול, סדר פעולות, היקף ושטח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קלים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אותו קרוב ונוח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4,400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תוצאה של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סוגריים פותרים קודם לכל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לחשב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היקף זה מסביב, שטח זה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חצי כתוב כשבר עשרוני 0.5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מונה למעלה, מכנה למטה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(הקו מסביב לצורה)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(סכום חלקי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(צורה פתוחה של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היקף זה הקו מסביב לצורה, שטח זה המקום בפנים. למשל במלבן מודדים את ארבע הצלעות להיקף.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ממוצע זה מספר שמייצג קבוצה. מחשבים אותו על ידי חיבור כל המספרים וחילוק בכמות שלהם.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הנחה של 10% על מוצר במחיר 100 שקל.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מסביב, שטח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= חלק ממאה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מושג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ומושגים חשובים בחשבון, בעברית פשוטה וברורה.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"לעגל"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אותו קרוב ונוח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להכפיל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פותרים קודם לפי סדר הפעולות?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הדוגמה בדף, 4,368 מעוגל בערך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4,400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"מנה"?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 של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 של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 של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 של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מציין "גדול מ־"?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50%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פותרים אחרונים בסדר הפעולות.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כל המספרים וחילוק בכמות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השטח שבפנים הצורה.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לחצי.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מונה הוא המספר התחתון בשבר.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=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בסדר פעולות, קודם פותרים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= לחלק שווה בשווה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קו עם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= כמה נכנס בפנים של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1 ק"מ = 1000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חלקי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פתוחה של 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 מסביב לצורה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היקף לשטח?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ממוצע ואיך מחשבים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קצרה לתרגיל עם אחוזים מהיומיום.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עיגול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בעברית פשוטה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